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BASES DEL CONCURSO DE CUENTOS</w:t>
        <w:br/>
        <w:t>EL LIBRO AZUL — TOMO I</w:t>
      </w:r>
    </w:p>
    <w:p>
      <w:pPr>
        <w:jc w:val="center"/>
      </w:pPr>
      <w:r>
        <w:rPr>
          <w:b/>
          <w:sz w:val="24"/>
        </w:rPr>
        <w:t>HISTORIAS MÁS ALLÁ DEL HORIZONTE</w:t>
      </w:r>
    </w:p>
    <w:p>
      <w:pPr>
        <w:jc w:val="center"/>
      </w:pPr>
      <w:r>
        <w:rPr>
          <w:i/>
          <w:sz w:val="20"/>
        </w:rPr>
        <w:t>Organiza: LEA — La Editorial Azul</w:t>
      </w:r>
    </w:p>
    <w:p>
      <w:pPr>
        <w:spacing w:before="200" w:after="80"/>
      </w:pPr>
      <w:r>
        <w:rPr>
          <w:b/>
          <w:sz w:val="24"/>
        </w:rPr>
        <w:t>1. CONVOCATORIA</w:t>
      </w:r>
    </w:p>
    <w:p>
      <w:pPr>
        <w:spacing w:after="100"/>
      </w:pPr>
      <w:r>
        <w:t>LEA — La Editorial Azul invita a participar en El Libro Azul — Tomo I: Historias más allá del horizonte, una convocatoria literaria destinada a reunir historias, recuerdos, experiencias, emociones y relatos vinculados a la Universidad de Chile y a las personas que han construido sus propias historias alrededor de ella.</w:t>
      </w:r>
    </w:p>
    <w:p>
      <w:pPr>
        <w:spacing w:after="100"/>
      </w:pPr>
      <w:r>
        <w:t>Buscamos historias de pasión, amistad, familia, viajes, encuentros, derrotas, triunfos, estadios, barrios, generaciones, recuerdos y todos aquellos momentos que, de una u otra manera, hayan quedado ligados a este universo.</w:t>
      </w:r>
    </w:p>
    <w:p>
      <w:pPr>
        <w:spacing w:after="100"/>
      </w:pPr>
      <w:r>
        <w:t>No buscamos una sola manera de contar. Buscamos historias que merezcan ser recordadas.</w:t>
      </w:r>
    </w:p>
    <w:p>
      <w:pPr>
        <w:spacing w:before="200" w:after="80"/>
      </w:pPr>
      <w:r>
        <w:rPr>
          <w:b/>
          <w:sz w:val="24"/>
        </w:rPr>
        <w:t>2. ORGANIZADOR</w:t>
      </w:r>
    </w:p>
    <w:p>
      <w:pPr>
        <w:spacing w:after="100"/>
      </w:pPr>
      <w:r>
        <w:t>El concurso es organizado por:</w:t>
      </w:r>
    </w:p>
    <w:p>
      <w:pPr>
        <w:spacing w:after="100"/>
      </w:pPr>
      <w:r>
        <w:t>LEA — La Editorial Azul</w:t>
        <w:br/>
        <w:t>Razón social: [COMPLETAR]</w:t>
        <w:br/>
        <w:t>RUT: [COMPLETAR]</w:t>
        <w:br/>
        <w:t>Domicilio: [COMPLETAR]</w:t>
        <w:br/>
        <w:t>Correo electrónico: [COMPLETAR]</w:t>
        <w:br/>
        <w:t>Sitio web: [COMPLETAR]</w:t>
        <w:br/>
        <w:t>Instagram: @laeditorialazul</w:t>
      </w:r>
    </w:p>
    <w:p>
      <w:pPr>
        <w:spacing w:before="200" w:after="80"/>
      </w:pPr>
      <w:r>
        <w:rPr>
          <w:b/>
          <w:sz w:val="24"/>
        </w:rPr>
        <w:t>3. QUIÉNES PUEDEN PARTICIPAR</w:t>
      </w:r>
    </w:p>
    <w:p>
      <w:pPr>
        <w:spacing w:after="100"/>
      </w:pPr>
      <w:r>
        <w:t>Podrán participar todas las personas naturales mayores de 18 años al momento de presentar su cuento, independientemente de su nacionalidad o lugar de residencia.</w:t>
      </w:r>
    </w:p>
    <w:p>
      <w:pPr>
        <w:spacing w:after="100"/>
      </w:pPr>
      <w:r>
        <w:t>La participación es individual.</w:t>
      </w:r>
    </w:p>
    <w:p>
      <w:pPr>
        <w:spacing w:after="100"/>
      </w:pPr>
      <w:r>
        <w:t>No podrán participar directamente las personas que formen parte de la organización, administración, comité editorial o jurado del concurso, ni aquellas que tengan un conflicto de interés que pueda afectar la imparcialidad del proceso.</w:t>
      </w:r>
    </w:p>
    <w:p>
      <w:pPr>
        <w:spacing w:before="200" w:after="80"/>
      </w:pPr>
      <w:r>
        <w:rPr>
          <w:b/>
          <w:sz w:val="24"/>
        </w:rPr>
        <w:t>4. TEMA</w:t>
      </w:r>
    </w:p>
    <w:p>
      <w:pPr>
        <w:spacing w:after="100"/>
      </w:pPr>
      <w:r>
        <w:t>Los cuentos deberán estar relacionados con la Universidad de Chile, su historia, identidad, comunidad, hinchada, jugadores, partidos, estadios, familias, amistades, viajes, tradiciones, recuerdos, experiencias personales o cualquier otro aspecto que permita establecer una relación significativa con este universo.</w:t>
      </w:r>
    </w:p>
    <w:p>
      <w:pPr>
        <w:spacing w:after="100"/>
      </w:pPr>
      <w:r>
        <w:t>La relación con el tema será interpretada de manera amplia.</w:t>
      </w:r>
    </w:p>
    <w:p>
      <w:pPr>
        <w:spacing w:after="100"/>
      </w:pPr>
      <w:r>
        <w:t>El cuento puede ser real, ficticio o estar inspirado en experiencias reales.</w:t>
      </w:r>
    </w:p>
    <w:p>
      <w:pPr>
        <w:spacing w:after="100"/>
      </w:pPr>
      <w:r>
        <w:t>No es necesario que el relato se centre exclusivamente en un partido, jugador o acontecimiento deportivo. Lo importante es que exista una conexión reconocible con el tema de la convocatoria.</w:t>
      </w:r>
    </w:p>
    <w:p>
      <w:pPr>
        <w:spacing w:before="200" w:after="80"/>
      </w:pPr>
      <w:r>
        <w:rPr>
          <w:b/>
          <w:sz w:val="24"/>
        </w:rPr>
        <w:t>5. CARACTERÍSTICAS DE LOS CUENTOS</w:t>
      </w:r>
    </w:p>
    <w:p>
      <w:pPr>
        <w:spacing w:after="100"/>
      </w:pPr>
      <w:r>
        <w:t>Cada cuento deberá:</w:t>
        <w:br/>
        <w:t>• Ser original.</w:t>
        <w:br/>
        <w:t>• Ser de autoría propia.</w:t>
        <w:br/>
        <w:t>• Ser inédito.</w:t>
        <w:br/>
        <w:t>• Estar escrito en español.</w:t>
        <w:br/>
        <w:t>• Tener un máximo de 800 palabras, sin considerar el título.</w:t>
        <w:br/>
        <w:t>• No infringir derechos de terceros.</w:t>
      </w:r>
    </w:p>
    <w:p>
      <w:pPr>
        <w:spacing w:after="100"/>
      </w:pPr>
      <w:r>
        <w:t>Los cuentos podrán tener cualquier extensión inferior al máximo establecido.</w:t>
      </w:r>
    </w:p>
    <w:p>
      <w:pPr>
        <w:spacing w:after="100"/>
      </w:pPr>
      <w:r>
        <w:t>El límite de 800 palabras se aplicará individualmente a cada cuento.</w:t>
      </w:r>
    </w:p>
    <w:p>
      <w:pPr>
        <w:spacing w:after="100"/>
      </w:pPr>
      <w:r>
        <w:t>No se aceptarán obras que hayan sido publicadas previamente en libros, revistas, periódicos, sitios web, blogs, redes sociales, plataformas digitales u otros medios de difusión pública.</w:t>
      </w:r>
    </w:p>
    <w:p>
      <w:pPr>
        <w:spacing w:after="100"/>
      </w:pPr>
      <w:r>
        <w:t>La publicación previa de una obra podrá significar su descalificación.</w:t>
      </w:r>
    </w:p>
    <w:p>
      <w:pPr>
        <w:spacing w:before="200" w:after="80"/>
      </w:pPr>
      <w:r>
        <w:rPr>
          <w:b/>
          <w:sz w:val="24"/>
        </w:rPr>
        <w:t>6. ORIGINALIDAD Y AUTORÍA</w:t>
      </w:r>
    </w:p>
    <w:p>
      <w:pPr>
        <w:spacing w:after="100"/>
      </w:pPr>
      <w:r>
        <w:t>El participante declara que el cuento presentado es de su propia autoría y que posee los derechos necesarios para presentarlo al concurso.</w:t>
      </w:r>
    </w:p>
    <w:p>
      <w:pPr>
        <w:spacing w:after="100"/>
      </w:pPr>
      <w:r>
        <w:t>Los cuentos no podrán ser plagios ni reproducciones sustanciales de obras de terceros presentadas como propias.</w:t>
      </w:r>
    </w:p>
    <w:p>
      <w:pPr>
        <w:spacing w:after="100"/>
      </w:pPr>
      <w:r>
        <w:t>Cada participante será responsable frente a cualquier reclamación relacionada con la autoría o los derechos de terceros sobre la obra presentada.</w:t>
      </w:r>
    </w:p>
    <w:p>
      <w:pPr>
        <w:spacing w:after="100"/>
      </w:pPr>
      <w:r>
        <w:t>En caso de detectarse plagio, falsificación de autoría o infracción de derechos de terceros, LEA podrá descalificar la obra y/o al participante.</w:t>
      </w:r>
    </w:p>
    <w:p>
      <w:pPr>
        <w:spacing w:after="100"/>
      </w:pPr>
      <w:r>
        <w:t>La participación en el concurso no transfiere a LEA la propiedad intelectual del cuento.</w:t>
      </w:r>
    </w:p>
    <w:p>
      <w:pPr>
        <w:spacing w:before="200" w:after="80"/>
      </w:pPr>
      <w:r>
        <w:rPr>
          <w:b/>
          <w:sz w:val="24"/>
        </w:rPr>
        <w:t>7. INTELIGENCIA ARTIFICIAL</w:t>
      </w:r>
    </w:p>
    <w:p>
      <w:pPr>
        <w:spacing w:after="100"/>
      </w:pPr>
      <w:r>
        <w:t>El cuento presentado deberá ser una creación literaria propia del participante.</w:t>
      </w:r>
    </w:p>
    <w:p>
      <w:pPr>
        <w:spacing w:after="100"/>
      </w:pPr>
      <w:r>
        <w:t>No se permitirá presentar como propia una obra generada total o sustancialmente mediante herramientas de inteligencia artificial generativa.</w:t>
      </w:r>
    </w:p>
    <w:p>
      <w:pPr>
        <w:spacing w:after="100"/>
      </w:pPr>
      <w:r>
        <w:t>El participante declara que no ha utilizado inteligencia artificial generativa para sustituir sustancialmente su proceso creativo o autoría.</w:t>
      </w:r>
    </w:p>
    <w:p>
      <w:pPr>
        <w:spacing w:after="100"/>
      </w:pPr>
      <w:r>
        <w:t>El uso de herramientas tecnológicas para correcciones ortográficas, aspectos mecánicos o similares no constituirá por sí solo una infracción de esta regla.</w:t>
      </w:r>
    </w:p>
    <w:p>
      <w:pPr>
        <w:spacing w:after="100"/>
      </w:pPr>
      <w:r>
        <w:t>LEA podrá solicitar aclaraciones o antecedentes adicionales cuando existan razones fundadas para cuestionar la autoría de una obra.</w:t>
      </w:r>
    </w:p>
    <w:p>
      <w:pPr>
        <w:spacing w:before="200" w:after="80"/>
      </w:pPr>
      <w:r>
        <w:rPr>
          <w:b/>
          <w:sz w:val="24"/>
        </w:rPr>
        <w:t>8. CANTIDAD DE CUENTOS</w:t>
      </w:r>
    </w:p>
    <w:p>
      <w:pPr>
        <w:spacing w:after="100"/>
      </w:pPr>
      <w:r>
        <w:t>Cada participante podrá presentar un máximo de tres (3) cuentos.</w:t>
      </w:r>
    </w:p>
    <w:p>
      <w:pPr>
        <w:spacing w:after="100"/>
      </w:pPr>
      <w:r>
        <w:t>Cada cuento será considerado individualmente.</w:t>
      </w:r>
    </w:p>
    <w:p>
      <w:pPr>
        <w:spacing w:after="100"/>
      </w:pPr>
      <w:r>
        <w:t>Una misma persona podrá tener más de un cuento seleccionado para formar parte de El Libro Azul — Tomo I.</w:t>
      </w:r>
    </w:p>
    <w:p>
      <w:pPr>
        <w:spacing w:after="100"/>
      </w:pPr>
      <w:r>
        <w:t>Sin embargo, una misma persona podrá recibir solamente uno de los tres premios principales.</w:t>
      </w:r>
    </w:p>
    <w:p>
      <w:pPr>
        <w:spacing w:before="200" w:after="80"/>
      </w:pPr>
      <w:r>
        <w:rPr>
          <w:b/>
          <w:sz w:val="24"/>
        </w:rPr>
        <w:t>9. LÍMITE DE RECEPCIÓN</w:t>
      </w:r>
    </w:p>
    <w:p>
      <w:pPr>
        <w:spacing w:after="100"/>
      </w:pPr>
      <w:r>
        <w:t>La convocatoria contempla un máximo de 300 cuentos recibidos.</w:t>
      </w:r>
    </w:p>
    <w:p>
      <w:pPr>
        <w:spacing w:after="100"/>
      </w:pPr>
      <w:r>
        <w:t>Una vez alcanzados los 300 cuentos, LEA podrá cerrar anticipadamente la convocatoria, aunque la fecha de cierre indicada en estas bases aún no haya llegado.</w:t>
      </w:r>
    </w:p>
    <w:p>
      <w:pPr>
        <w:spacing w:after="100"/>
      </w:pPr>
      <w:r>
        <w:t>El límite corresponde a cuentos individuales recibidos, no a participantes.</w:t>
      </w:r>
    </w:p>
    <w:p>
      <w:pPr>
        <w:spacing w:after="100"/>
      </w:pPr>
      <w:r>
        <w:t>Por lo tanto, una persona podrá presentar hasta tres cuentos y utilizar hasta tres de los cupos disponibles.</w:t>
      </w:r>
    </w:p>
    <w:p>
      <w:pPr>
        <w:spacing w:after="100"/>
      </w:pPr>
      <w:r>
        <w:t>En caso de alcanzarse el límite de 300 cuentos antes del cierre, LEA informará el término anticipado de la convocatoria a través de sus canales oficiales.</w:t>
      </w:r>
    </w:p>
    <w:p>
      <w:pPr>
        <w:spacing w:before="200" w:after="80"/>
      </w:pPr>
      <w:r>
        <w:rPr>
          <w:b/>
          <w:sz w:val="24"/>
        </w:rPr>
        <w:t>10. FECHAS</w:t>
      </w:r>
    </w:p>
    <w:p>
      <w:pPr>
        <w:spacing w:after="100"/>
      </w:pPr>
      <w:r>
        <w:t>La recepción de cuentos comenzará el:</w:t>
      </w:r>
    </w:p>
    <w:p>
      <w:pPr>
        <w:spacing w:after="100"/>
      </w:pPr>
      <w:r>
        <w:t>25 DE AGOSTO DE 2026 A LAS 12:00 HORAS</w:t>
      </w:r>
    </w:p>
    <w:p>
      <w:pPr>
        <w:spacing w:after="100"/>
      </w:pPr>
      <w:r>
        <w:t>La recepción finalizará el:</w:t>
      </w:r>
    </w:p>
    <w:p>
      <w:pPr>
        <w:spacing w:after="100"/>
      </w:pPr>
      <w:r>
        <w:t>30 DE SEPTIEMBRE DE 2026 A LAS 23:59 HORAS</w:t>
      </w:r>
    </w:p>
    <w:p>
      <w:pPr>
        <w:spacing w:after="100"/>
      </w:pPr>
      <w:r>
        <w:t>Las fechas y horarios corresponden a la hora oficial de Chile.</w:t>
      </w:r>
    </w:p>
    <w:p>
      <w:pPr>
        <w:spacing w:after="100"/>
      </w:pPr>
      <w:r>
        <w:t>La convocatoria podrá finalizar anticipadamente si se alcanza el límite máximo de 300 cuentos.</w:t>
      </w:r>
    </w:p>
    <w:p>
      <w:pPr>
        <w:spacing w:before="200" w:after="80"/>
      </w:pPr>
      <w:r>
        <w:rPr>
          <w:b/>
          <w:sz w:val="24"/>
        </w:rPr>
        <w:t>11. FORMA DE PARTICIPACIÓN</w:t>
      </w:r>
    </w:p>
    <w:p>
      <w:pPr>
        <w:spacing w:after="100"/>
      </w:pPr>
      <w:r>
        <w:t>La participación se realizará mediante el formulario oficial habilitado por LEA.</w:t>
      </w:r>
    </w:p>
    <w:p>
      <w:pPr>
        <w:spacing w:after="100"/>
      </w:pPr>
      <w:r>
        <w:t>El participante deberá proporcionar, como mínimo:</w:t>
        <w:br/>
        <w:t>• Nombre completo.</w:t>
        <w:br/>
        <w:t>• Correo electrónico.</w:t>
        <w:br/>
        <w:t>• Medio de contacto.</w:t>
        <w:br/>
        <w:t>• Confirmación de ser mayor de 18 años.</w:t>
        <w:br/>
        <w:t>• Título del cuento.</w:t>
        <w:br/>
        <w:t>• Texto del cuento o archivo solicitado por el formulario.</w:t>
        <w:br/>
        <w:t>• Declaración de autoría.</w:t>
        <w:br/>
        <w:t>• Aceptación de las presentes bases.</w:t>
      </w:r>
    </w:p>
    <w:p>
      <w:pPr>
        <w:spacing w:after="100"/>
      </w:pPr>
      <w:r>
        <w:t>El participante será responsable de proporcionar información verdadera, completa y actualizada.</w:t>
      </w:r>
    </w:p>
    <w:p>
      <w:pPr>
        <w:spacing w:after="100"/>
      </w:pPr>
      <w:r>
        <w:t>La confirmación de recepción del cuento no significa que la obra haya sido seleccionada.</w:t>
      </w:r>
    </w:p>
    <w:p>
      <w:pPr>
        <w:spacing w:after="100"/>
      </w:pPr>
      <w:r>
        <w:t>La participación será gratuita, salvo que expresamente se indique lo contrario en una modificación formal de estas bases.</w:t>
      </w:r>
    </w:p>
    <w:p>
      <w:pPr>
        <w:spacing w:before="200" w:after="80"/>
      </w:pPr>
      <w:r>
        <w:rPr>
          <w:b/>
          <w:sz w:val="24"/>
        </w:rPr>
        <w:t>12. PROCESO DE SELECCIÓN</w:t>
      </w:r>
    </w:p>
    <w:p>
      <w:pPr>
        <w:spacing w:after="100"/>
      </w:pPr>
      <w:r>
        <w:t>Una vez finalizada la convocatoria, LEA realizará una primera revisión para verificar que las obras cumplan con los requisitos establecidos en estas bases.</w:t>
      </w:r>
    </w:p>
    <w:p>
      <w:pPr>
        <w:spacing w:after="100"/>
      </w:pPr>
      <w:r>
        <w:t>Posteriormente, las obras serán evaluadas por el comité editorial y/o jurado designado por LEA.</w:t>
      </w:r>
    </w:p>
    <w:p>
      <w:pPr>
        <w:spacing w:after="100"/>
      </w:pPr>
      <w:r>
        <w:t>Entre los criterios de evaluación podrán considerarse:</w:t>
        <w:br/>
        <w:t>• Calidad literaria.</w:t>
        <w:br/>
        <w:t>• Originalidad.</w:t>
        <w:br/>
        <w:t>• Construcción narrativa.</w:t>
        <w:br/>
        <w:t>• Voz del autor.</w:t>
        <w:br/>
        <w:t>• Creatividad.</w:t>
        <w:br/>
        <w:t>• Capacidad de generar emoción o reflexión.</w:t>
        <w:br/>
        <w:t>• Relación con el tema.</w:t>
        <w:br/>
        <w:t>• Singularidad de la historia.</w:t>
        <w:br/>
        <w:t>• Calidad del lenguaje.</w:t>
        <w:br/>
        <w:t>• Impacto general del relato.</w:t>
      </w:r>
    </w:p>
    <w:p>
      <w:pPr>
        <w:spacing w:after="100"/>
      </w:pPr>
      <w:r>
        <w:t>Los criterios no necesariamente tendrán el mismo peso.</w:t>
      </w:r>
    </w:p>
    <w:p>
      <w:pPr>
        <w:spacing w:after="100"/>
      </w:pPr>
      <w:r>
        <w:t>Las decisiones del jurado respecto de los tres premios principales serán definitivas.</w:t>
      </w:r>
    </w:p>
    <w:p>
      <w:pPr>
        <w:spacing w:after="100"/>
      </w:pPr>
      <w:r>
        <w:t>LEA no estará obligada a entregar una evaluación individual ni una explicación particular a los autores cuyos cuentos no sean seleccionados.</w:t>
      </w:r>
    </w:p>
    <w:p>
      <w:pPr>
        <w:spacing w:before="200" w:after="80"/>
      </w:pPr>
      <w:r>
        <w:rPr>
          <w:b/>
          <w:sz w:val="24"/>
        </w:rPr>
        <w:t>13. SELECCIÓN PARA EL LIBRO</w:t>
      </w:r>
    </w:p>
    <w:p>
      <w:pPr>
        <w:spacing w:after="100"/>
      </w:pPr>
      <w:r>
        <w:t>Los cuentos considerados destacados por el comité editorial y/o jurado podrán ser seleccionados para formar parte de:</w:t>
      </w:r>
    </w:p>
    <w:p>
      <w:pPr>
        <w:spacing w:after="100"/>
      </w:pPr>
      <w:r>
        <w:t>EL LIBRO AZUL — TOMO I</w:t>
        <w:br/>
        <w:t>HISTORIAS MÁS ALLÁ DEL HORIZONTE</w:t>
      </w:r>
    </w:p>
    <w:p>
      <w:pPr>
        <w:spacing w:after="100"/>
      </w:pPr>
      <w:r>
        <w:t>La cantidad definitiva de cuentos provenientes del concurso será determinada por LEA de acuerdo con:</w:t>
        <w:br/>
        <w:t>• La calidad de las obras.</w:t>
        <w:br/>
        <w:t>• La extensión final del libro.</w:t>
        <w:br/>
        <w:t>• La estructura editorial.</w:t>
        <w:br/>
        <w:t>• La diversidad de las historias.</w:t>
        <w:br/>
        <w:t>• Los criterios del comité editorial.</w:t>
        <w:br/>
        <w:t>• Las características finales de la publicación.</w:t>
      </w:r>
    </w:p>
    <w:p>
      <w:pPr>
        <w:spacing w:after="100"/>
      </w:pPr>
      <w:r>
        <w:t>Por esta razón, la participación en el concurso no garantiza la publicación del cuento.</w:t>
      </w:r>
    </w:p>
    <w:p>
      <w:pPr>
        <w:spacing w:after="100"/>
      </w:pPr>
      <w:r>
        <w:t>La selección para formar parte del libro tampoco significa necesariamente haber obtenido uno de los tres premios principales.</w:t>
      </w:r>
    </w:p>
    <w:p>
      <w:pPr>
        <w:spacing w:before="200" w:after="80"/>
      </w:pPr>
      <w:r>
        <w:rPr>
          <w:b/>
          <w:sz w:val="24"/>
        </w:rPr>
        <w:t>14. SELECCIÓN EDITORIAL COMPLEMENTARIA</w:t>
      </w:r>
    </w:p>
    <w:p>
      <w:pPr>
        <w:spacing w:after="100"/>
      </w:pPr>
      <w:r>
        <w:t>Con el propósito de construir una publicación coherente, diversa y representativa, LEA podrá incorporar al libro cuentos que no hayan participado en el concurso.</w:t>
      </w:r>
    </w:p>
    <w:p>
      <w:pPr>
        <w:spacing w:after="100"/>
      </w:pPr>
      <w:r>
        <w:t>Estas obras podrán ser:</w:t>
        <w:br/>
        <w:t>• Invitadas directamente por LEA.</w:t>
        <w:br/>
        <w:t>• Solicitadas a autores determinados.</w:t>
        <w:br/>
        <w:t>• Seleccionadas por el comité editorial.</w:t>
        <w:br/>
        <w:t>• Escritas especialmente para el proyecto.</w:t>
      </w:r>
    </w:p>
    <w:p>
      <w:pPr>
        <w:spacing w:after="100"/>
      </w:pPr>
      <w:r>
        <w:t>Los cuentos incorporados mediante esta modalidad no participarán en el concurso ni podrán optar a los tres premios principales.</w:t>
      </w:r>
    </w:p>
    <w:p>
      <w:pPr>
        <w:spacing w:after="100"/>
      </w:pPr>
      <w:r>
        <w:t>La selección editorial complementaria podrá utilizarse para completar la estructura, extensión y propuesta literaria de El Libro Azul — Tomo I.</w:t>
      </w:r>
    </w:p>
    <w:p>
      <w:pPr>
        <w:spacing w:after="100"/>
      </w:pPr>
      <w:r>
        <w:t>Los autores de estas obras conservarán la titularidad de sus derechos y deberán celebrar con LEA el correspondiente acuerdo de edición y/o publicación antes de que sus obras sean publicadas.</w:t>
      </w:r>
    </w:p>
    <w:p>
      <w:pPr>
        <w:spacing w:before="200" w:after="80"/>
      </w:pPr>
      <w:r>
        <w:rPr>
          <w:b/>
          <w:sz w:val="24"/>
        </w:rPr>
        <w:t>15. PREMIOS</w:t>
      </w:r>
    </w:p>
    <w:p>
      <w:pPr>
        <w:spacing w:after="100"/>
      </w:pPr>
      <w:r>
        <w:t>El concurso contempla tres premios:</w:t>
      </w:r>
    </w:p>
    <w:p>
      <w:pPr>
        <w:spacing w:after="100"/>
      </w:pPr>
      <w:r>
        <w:t>PRIMER LUGAR</w:t>
        <w:br/>
        <w:t>$100.000 pesos chilenos</w:t>
      </w:r>
    </w:p>
    <w:p>
      <w:pPr>
        <w:spacing w:after="100"/>
      </w:pPr>
      <w:r>
        <w:t>SEGUNDO LUGAR</w:t>
        <w:br/>
        <w:t>$75.000 pesos chilenos</w:t>
      </w:r>
    </w:p>
    <w:p>
      <w:pPr>
        <w:spacing w:after="100"/>
      </w:pPr>
      <w:r>
        <w:t>TERCER LUGAR</w:t>
        <w:br/>
        <w:t>$25.000 pesos chilenos</w:t>
      </w:r>
    </w:p>
    <w:p>
      <w:pPr>
        <w:spacing w:after="100"/>
      </w:pPr>
      <w:r>
        <w:t>El monto total destinado a premios será de $200.000 pesos chilenos.</w:t>
      </w:r>
    </w:p>
    <w:p>
      <w:pPr>
        <w:spacing w:after="100"/>
      </w:pPr>
      <w:r>
        <w:t>Los premios serán personales y no transferibles.</w:t>
      </w:r>
    </w:p>
    <w:p>
      <w:pPr>
        <w:spacing w:after="100"/>
      </w:pPr>
      <w:r>
        <w:t>Una misma persona no podrá recibir más de uno de los tres premios principales.</w:t>
      </w:r>
    </w:p>
    <w:p>
      <w:pPr>
        <w:spacing w:after="100"/>
      </w:pPr>
      <w:r>
        <w:t>Para recibir el premio, el ganador deberá acreditar su identidad y proporcionar los antecedentes necesarios para efectuar el pago.</w:t>
      </w:r>
    </w:p>
    <w:p>
      <w:pPr>
        <w:spacing w:after="100"/>
      </w:pPr>
      <w:r>
        <w:t>Los ganadores tendrán un plazo de 30 días corridos desde la comunicación de los resultados para proporcionar los antecedentes necesarios y reclamar el premio.</w:t>
      </w:r>
    </w:p>
    <w:p>
      <w:pPr>
        <w:spacing w:after="100"/>
      </w:pPr>
      <w:r>
        <w:t>Si un ganador no proporciona oportunamente los antecedentes solicitados, LEA podrá establecer un plazo adicional razonable para regularizar la situación y, si éste no se cumple, podrá declarar el premio desierto.</w:t>
      </w:r>
    </w:p>
    <w:p>
      <w:pPr>
        <w:spacing w:after="100"/>
      </w:pPr>
      <w:r>
        <w:t>Las obligaciones tributarias que eventualmente correspondan al ganador serán de su responsabilidad conforme a la legislación aplicable.</w:t>
      </w:r>
    </w:p>
    <w:p>
      <w:pPr>
        <w:spacing w:before="200" w:after="80"/>
      </w:pPr>
      <w:r>
        <w:rPr>
          <w:b/>
          <w:sz w:val="24"/>
        </w:rPr>
        <w:t>16. COMUNICACIÓN DE RESULTADOS</w:t>
      </w:r>
    </w:p>
    <w:p>
      <w:pPr>
        <w:spacing w:after="100"/>
      </w:pPr>
      <w:r>
        <w:t>Los resultados serán comunicados privadamente el 15 de octubre de 2026 a los autores ganadores y a quienes hayan sido seleccionados para formar parte del libro.</w:t>
      </w:r>
    </w:p>
    <w:p>
      <w:pPr>
        <w:spacing w:after="100"/>
      </w:pPr>
      <w:r>
        <w:t>LEA podrá contactar a los autores mediante correo electrónico, teléfono u otro medio proporcionado durante la inscripción.</w:t>
      </w:r>
    </w:p>
    <w:p>
      <w:pPr>
        <w:spacing w:after="100"/>
      </w:pPr>
      <w:r>
        <w:t>Posteriormente, LEA difundirá públicamente los resultados a través de sus canales oficiales y otros medios de comunicación que considere apropiados.</w:t>
      </w:r>
    </w:p>
    <w:p>
      <w:pPr>
        <w:spacing w:after="100"/>
      </w:pPr>
      <w:r>
        <w:t>La comunicación pública podrá incluir el nombre o seudónimo de los ganadores, el título de las obras premiadas y, cuando corresponda, la identificación de los autores seleccionados para formar parte del libro.</w:t>
      </w:r>
    </w:p>
    <w:p>
      <w:pPr>
        <w:spacing w:after="100"/>
      </w:pPr>
      <w:r>
        <w:t>Si por razones de fuerza mayor o circunstancias relacionadas con el proceso editorial fuese necesario modificar la fecha de comunicación de resultados, LEA informará oportunamente la nueva fecha.</w:t>
      </w:r>
    </w:p>
    <w:p>
      <w:pPr>
        <w:spacing w:before="200" w:after="80"/>
      </w:pPr>
      <w:r>
        <w:rPr>
          <w:b/>
          <w:sz w:val="24"/>
        </w:rPr>
        <w:t>17. PUBLICACIÓN DE LOS CUENTOS SELECCIONADOS</w:t>
      </w:r>
    </w:p>
    <w:p>
      <w:pPr>
        <w:spacing w:after="100"/>
      </w:pPr>
      <w:r>
        <w:t>Los cuentos seleccionados podrán formar parte de la publicación colectiva:</w:t>
      </w:r>
    </w:p>
    <w:p>
      <w:pPr>
        <w:spacing w:after="100"/>
      </w:pPr>
      <w:r>
        <w:t>EL LIBRO AZUL — TOMO I</w:t>
        <w:br/>
        <w:t>HISTORIAS MÁS ALLÁ DEL HORIZONTE</w:t>
      </w:r>
    </w:p>
    <w:p>
      <w:pPr>
        <w:spacing w:after="100"/>
      </w:pPr>
      <w:r>
        <w:t>LEA podrá publicar el libro en formato físico y/o digital.</w:t>
      </w:r>
    </w:p>
    <w:p>
      <w:pPr>
        <w:spacing w:after="100"/>
      </w:pPr>
      <w:r>
        <w:t>La publicación podrá ser comercializada y distribuida con fines de lucro por LEA y/o por terceros contratados o autorizados por LEA para su distribución y comercialización.</w:t>
      </w:r>
    </w:p>
    <w:p>
      <w:pPr>
        <w:spacing w:after="100"/>
      </w:pPr>
      <w:r>
        <w:t>La cantidad de ejemplares, precio, formato, diseño, distribución y canales de comercialización serán determinados por LEA de acuerdo con las características del proyecto y la legislación aplicable.</w:t>
      </w:r>
    </w:p>
    <w:p>
      <w:pPr>
        <w:spacing w:before="200" w:after="80"/>
      </w:pPr>
      <w:r>
        <w:rPr>
          <w:b/>
          <w:sz w:val="24"/>
        </w:rPr>
        <w:t>18. DERECHOS DE AUTOR</w:t>
      </w:r>
    </w:p>
    <w:p>
      <w:pPr>
        <w:spacing w:after="100"/>
      </w:pPr>
      <w:r>
        <w:t>El autor conserva la titularidad y autoría de su cuento.</w:t>
      </w:r>
    </w:p>
    <w:p>
      <w:pPr>
        <w:spacing w:after="100"/>
      </w:pPr>
      <w:r>
        <w:t>La participación en el concurso no implica la cesión total de los derechos de autor a LEA.</w:t>
      </w:r>
    </w:p>
    <w:p>
      <w:pPr>
        <w:spacing w:after="100"/>
      </w:pPr>
      <w:r>
        <w:t>Los derechos morales y patrimoniales sobre cada cuento permanecerán en su respectivo autor, de acuerdo con la legislación chilena aplicable.</w:t>
      </w:r>
    </w:p>
    <w:p>
      <w:pPr>
        <w:spacing w:after="100"/>
      </w:pPr>
      <w:r>
        <w:t>La inclusión de un cuento en el proceso de selección tampoco otorga a LEA, por sí sola, autorización para publicarlo, reproducirlo o comercializarlo.</w:t>
      </w:r>
    </w:p>
    <w:p>
      <w:pPr>
        <w:spacing w:before="200" w:after="80"/>
      </w:pPr>
      <w:r>
        <w:rPr>
          <w:b/>
          <w:sz w:val="24"/>
        </w:rPr>
        <w:t>19. ACUERDO DE EDICIÓN Y PUBLICACIÓN</w:t>
      </w:r>
    </w:p>
    <w:p>
      <w:pPr>
        <w:spacing w:after="100"/>
      </w:pPr>
      <w:r>
        <w:t>Los autores cuyos cuentos sean seleccionados para formar parte de El Libro Azul — Tomo I deberán celebrar con LEA un acuerdo de edición y/o publicación antes de que su obra sea incorporada comercialmente al libro.</w:t>
      </w:r>
    </w:p>
    <w:p>
      <w:pPr>
        <w:spacing w:after="100"/>
      </w:pPr>
      <w:r>
        <w:t>Dicho acuerdo establecerá las condiciones específicas de utilización de la obra y será elaborado de conformidad con la legislación chilena aplicable.</w:t>
      </w:r>
    </w:p>
    <w:p>
      <w:pPr>
        <w:spacing w:after="100"/>
      </w:pPr>
      <w:r>
        <w:t>Entre otras materias, el acuerdo podrá establecer:</w:t>
        <w:br/>
        <w:t>• La obra específica objeto del acuerdo.</w:t>
        <w:br/>
        <w:t>• Los derechos de reproducción, edición, publicación, distribución y comercialización autorizados.</w:t>
        <w:br/>
        <w:t>• El carácter exclusivo o no exclusivo de la autorización, cuando corresponda.</w:t>
        <w:br/>
        <w:t>• El territorio.</w:t>
        <w:br/>
        <w:t>• La duración.</w:t>
        <w:br/>
        <w:t>• El número de ediciones.</w:t>
        <w:br/>
        <w:t>• El número o modalidad de ejemplares.</w:t>
        <w:br/>
        <w:t>• Los formatos autorizados.</w:t>
        <w:br/>
        <w:t>• Las condiciones económicas y remuneración que correspondan.</w:t>
        <w:br/>
        <w:t>• Las condiciones de futuras ediciones y/o reimpresiones.</w:t>
        <w:br/>
        <w:t>• Las obligaciones de LEA y del autor.</w:t>
      </w:r>
    </w:p>
    <w:p>
      <w:pPr>
        <w:spacing w:after="100"/>
      </w:pPr>
      <w:r>
        <w:t>La celebración de este acuerdo no significará que el autor transfiera a LEA la titularidad de su obra.</w:t>
      </w:r>
    </w:p>
    <w:p>
      <w:pPr>
        <w:spacing w:after="100"/>
      </w:pPr>
      <w:r>
        <w:t>Las condiciones económicas serán determinadas en el respectivo acuerdo y deberán ajustarse a la legislación aplicable.</w:t>
      </w:r>
    </w:p>
    <w:p>
      <w:pPr>
        <w:spacing w:before="200" w:after="80"/>
      </w:pPr>
      <w:r>
        <w:rPr>
          <w:b/>
          <w:sz w:val="24"/>
        </w:rPr>
        <w:t>20. ALCANCE DE LA AUTORIZACIÓN</w:t>
      </w:r>
    </w:p>
    <w:p>
      <w:pPr>
        <w:spacing w:after="100"/>
      </w:pPr>
      <w:r>
        <w:t>La autorización concedida a LEA mediante el acuerdo de edición y/o publicación estará limitada a los derechos expresamente establecidos en dicho acuerdo.</w:t>
      </w:r>
    </w:p>
    <w:p>
      <w:pPr>
        <w:spacing w:after="100"/>
      </w:pPr>
      <w:r>
        <w:t>Salvo autorización expresa posterior, la publicación de un cuento en El Libro Azul no otorgará automáticamente a LEA derechos para realizar:</w:t>
        <w:br/>
        <w:t>• Adaptaciones cinematográficas.</w:t>
        <w:br/>
        <w:t>• Series de televisión.</w:t>
        <w:br/>
        <w:t>• Obras teatrales.</w:t>
        <w:br/>
        <w:t>• Adaptaciones audiovisuales independientes.</w:t>
        <w:br/>
        <w:t>• Traducciones independientes.</w:t>
        <w:br/>
        <w:t>• Podcasts independientes basados en el cuento.</w:t>
        <w:br/>
        <w:t>• Audiolibros independientes.</w:t>
        <w:br/>
        <w:t>• Merchandising basado específicamente en el cuento.</w:t>
        <w:br/>
        <w:t>• Cesión a terceros de derechos distintos de los autorizados.</w:t>
        <w:br/>
        <w:t>• Cualquier otra adaptación o explotación que exceda los derechos expresamente concedidos.</w:t>
      </w:r>
    </w:p>
    <w:p>
      <w:pPr>
        <w:spacing w:after="100"/>
      </w:pPr>
      <w:r>
        <w:t>Cualquier utilización adicional deberá ser acordada con el autor mediante el instrumento correspondiente cuando sea legalmente necesario.</w:t>
      </w:r>
    </w:p>
    <w:p>
      <w:pPr>
        <w:spacing w:before="200" w:after="80"/>
      </w:pPr>
      <w:r>
        <w:rPr>
          <w:b/>
          <w:sz w:val="24"/>
        </w:rPr>
        <w:t>21. FUTURAS EDICIONES</w:t>
      </w:r>
    </w:p>
    <w:p>
      <w:pPr>
        <w:spacing w:after="100"/>
      </w:pPr>
      <w:r>
        <w:t>La posibilidad de publicar el cuento en futuras ediciones, reimpresiones o versiones de El Libro Azul deberá quedar expresamente contemplada en el acuerdo de edición y/o publicación celebrado con cada autor.</w:t>
      </w:r>
    </w:p>
    <w:p>
      <w:pPr>
        <w:spacing w:after="100"/>
      </w:pPr>
      <w:r>
        <w:t>El hecho de que un cuento haya sido seleccionado para una edición determinada no significa, por sí solo, que LEA tenga autorización ilimitada para cualquier edición, formato o explotación futura.</w:t>
      </w:r>
    </w:p>
    <w:p>
      <w:pPr>
        <w:spacing w:after="100"/>
      </w:pPr>
      <w:r>
        <w:t>Las condiciones correspondientes serán establecidas en el respectivo acuerdo.</w:t>
      </w:r>
    </w:p>
    <w:p>
      <w:pPr>
        <w:spacing w:before="200" w:after="80"/>
      </w:pPr>
      <w:r>
        <w:rPr>
          <w:b/>
          <w:sz w:val="24"/>
        </w:rPr>
        <w:t>22. REMUNERACIÓN Y COMERCIALIZACIÓN</w:t>
      </w:r>
    </w:p>
    <w:p>
      <w:pPr>
        <w:spacing w:after="100"/>
      </w:pPr>
      <w:r>
        <w:t>La inclusión de una obra en El Libro Azul estará sujeta a las condiciones económicas establecidas en el correspondiente acuerdo de edición y/o publicación, de conformidad con la legislación chilena aplicable.</w:t>
      </w:r>
    </w:p>
    <w:p>
      <w:pPr>
        <w:spacing w:after="100"/>
      </w:pPr>
      <w:r>
        <w:t>La participación en el concurso y la obtención de uno de los premios son independientes de las condiciones editoriales que correspondan a los autores seleccionados.</w:t>
      </w:r>
    </w:p>
    <w:p>
      <w:pPr>
        <w:spacing w:after="100"/>
      </w:pPr>
      <w:r>
        <w:t>Los premios de $100.000, $75.000 y $25.000 corresponden exclusivamente a los tres primeros lugares del concurso.</w:t>
      </w:r>
    </w:p>
    <w:p>
      <w:pPr>
        <w:spacing w:after="100"/>
      </w:pPr>
      <w:r>
        <w:t>La comercialización del libro podrá generar ingresos para LEA y/o para terceros que participen legítimamente en su producción, distribución o comercialización, conforme a los contratos y acuerdos correspondientes.</w:t>
      </w:r>
    </w:p>
    <w:p>
      <w:pPr>
        <w:spacing w:before="200" w:after="80"/>
      </w:pPr>
      <w:r>
        <w:rPr>
          <w:b/>
          <w:sz w:val="24"/>
        </w:rPr>
        <w:t>23. EDICIÓN Y CORRECCIÓN</w:t>
      </w:r>
    </w:p>
    <w:p>
      <w:pPr>
        <w:spacing w:after="100"/>
      </w:pPr>
      <w:r>
        <w:t>LEA podrá realizar las labores editoriales necesarias para preparar los cuentos para su publicación, incluyendo:</w:t>
        <w:br/>
        <w:t>• Corrección ortográfica.</w:t>
        <w:br/>
        <w:t>• Corrección tipográfica.</w:t>
        <w:br/>
        <w:t>• Corrección de puntuación.</w:t>
        <w:br/>
        <w:t>• Ajustes de formato.</w:t>
        <w:br/>
        <w:t>• Diagramación.</w:t>
        <w:br/>
        <w:t>• Correcciones editoriales de carácter técnico.</w:t>
      </w:r>
    </w:p>
    <w:p>
      <w:pPr>
        <w:spacing w:after="100"/>
      </w:pPr>
      <w:r>
        <w:t>LEA procurará respetar el sentido, contenido y voz de cada autor.</w:t>
      </w:r>
    </w:p>
    <w:p>
      <w:pPr>
        <w:spacing w:after="100"/>
      </w:pPr>
      <w:r>
        <w:t>Las modificaciones sustanciales al contenido literario de una obra deberán contar con la autorización correspondiente del autor cuando legalmente proceda.</w:t>
      </w:r>
    </w:p>
    <w:p>
      <w:pPr>
        <w:spacing w:before="200" w:after="80"/>
      </w:pPr>
      <w:r>
        <w:rPr>
          <w:b/>
          <w:sz w:val="24"/>
        </w:rPr>
        <w:t>24. RESPONSABILIDAD DEL AUTOR</w:t>
      </w:r>
    </w:p>
    <w:p>
      <w:pPr>
        <w:spacing w:after="100"/>
      </w:pPr>
      <w:r>
        <w:t>Cada participante será responsable del contenido de su cuento.</w:t>
      </w:r>
    </w:p>
    <w:p>
      <w:pPr>
        <w:spacing w:after="100"/>
      </w:pPr>
      <w:r>
        <w:t>El participante declara que la obra presentada:</w:t>
        <w:br/>
        <w:t>• Es de su autoría.</w:t>
        <w:br/>
        <w:t>• Es original.</w:t>
        <w:br/>
        <w:t>• No constituye plagio.</w:t>
        <w:br/>
        <w:t>• No infringe derechos de autor de terceros.</w:t>
        <w:br/>
        <w:t>• No utiliza material protegido de terceros sin las autorizaciones correspondientes cuando éstas sean necesarias.</w:t>
        <w:br/>
        <w:t>• No vulnera derechos de imagen, privacidad, honor u otros derechos legalmente protegidos de terceros.</w:t>
      </w:r>
    </w:p>
    <w:p>
      <w:pPr>
        <w:spacing w:after="100"/>
      </w:pPr>
      <w:r>
        <w:t>Si un cuento incluye personas reales, acontecimientos o elementos que puedan afectar derechos de terceros, será responsabilidad del autor contar con las autorizaciones que legalmente correspondan.</w:t>
      </w:r>
    </w:p>
    <w:p>
      <w:pPr>
        <w:spacing w:after="100"/>
      </w:pPr>
      <w:r>
        <w:t>LEA podrá retirar una obra del proceso de selección o de futuras publicaciones si posteriormente se detecta una infracción de derechos de terceros.</w:t>
      </w:r>
    </w:p>
    <w:p>
      <w:pPr>
        <w:spacing w:before="200" w:after="80"/>
      </w:pPr>
      <w:r>
        <w:rPr>
          <w:b/>
          <w:sz w:val="24"/>
        </w:rPr>
        <w:t>25. DESCALIFICACIÓN</w:t>
      </w:r>
    </w:p>
    <w:p>
      <w:pPr>
        <w:spacing w:after="100"/>
      </w:pPr>
      <w:r>
        <w:t>LEA podrá descalificar una obra o participante cuando:</w:t>
        <w:br/>
        <w:t>• El participante sea menor de 18 años.</w:t>
        <w:br/>
        <w:t>• Se presenten más de tres cuentos por participante.</w:t>
        <w:br/>
        <w:t>• El cuento exceda las 800 palabras.</w:t>
        <w:br/>
        <w:t>• La obra no cumpla con la temática del concurso.</w:t>
        <w:br/>
        <w:t>• La obra no sea original.</w:t>
        <w:br/>
        <w:t>• Exista plagio.</w:t>
        <w:br/>
        <w:t>• La obra haya sido publicada previamente.</w:t>
        <w:br/>
        <w:t>• Se detecte falsificación de autoría.</w:t>
        <w:br/>
        <w:t>• Se haya utilizado inteligencia artificial generativa de manera incompatible con estas bases.</w:t>
        <w:br/>
        <w:t>• Se proporcione información falsa.</w:t>
        <w:br/>
        <w:t>• Se infrinjan estas bases.</w:t>
        <w:br/>
        <w:t>• Se vulneren derechos de terceros.</w:t>
        <w:br/>
        <w:t>• Se intente alterar o manipular el proceso de selección.</w:t>
      </w:r>
    </w:p>
    <w:p>
      <w:pPr>
        <w:spacing w:after="100"/>
      </w:pPr>
      <w:r>
        <w:t>La descalificación podrá producirse antes o después de la selección.</w:t>
      </w:r>
    </w:p>
    <w:p>
      <w:pPr>
        <w:spacing w:after="100"/>
      </w:pPr>
      <w:r>
        <w:t>Si una obra hubiese sido seleccionada o premiada y posteriormente se comprobara una infracción, LEA podrá retirar la selección o premio correspondiente, sin perjuicio de las responsabilidades que legalmente correspondan.</w:t>
      </w:r>
    </w:p>
    <w:p>
      <w:pPr>
        <w:spacing w:before="200" w:after="80"/>
      </w:pPr>
      <w:r>
        <w:rPr>
          <w:b/>
          <w:sz w:val="24"/>
        </w:rPr>
        <w:t>26. OBRAS NO SELECCIONADAS</w:t>
      </w:r>
    </w:p>
    <w:p>
      <w:pPr>
        <w:spacing w:after="100"/>
      </w:pPr>
      <w:r>
        <w:t>Los cuentos que no sean seleccionados no serán publicados ni explotados editorialmente por LEA.</w:t>
      </w:r>
    </w:p>
    <w:p>
      <w:pPr>
        <w:spacing w:after="100"/>
      </w:pPr>
      <w:r>
        <w:t>Los archivos enviados serán conservados durante el tiempo que resulte necesario para administrar, verificar y documentar el proceso del concurso y cumplir las obligaciones legales correspondientes.</w:t>
      </w:r>
    </w:p>
    <w:p>
      <w:pPr>
        <w:spacing w:after="100"/>
      </w:pPr>
      <w:r>
        <w:t>La participación en el concurso no otorga a LEA derechos de publicación sobre las obras no seleccionadas.</w:t>
      </w:r>
    </w:p>
    <w:p>
      <w:pPr>
        <w:spacing w:before="200" w:after="80"/>
      </w:pPr>
      <w:r>
        <w:rPr>
          <w:b/>
          <w:sz w:val="24"/>
        </w:rPr>
        <w:t>27. DIPLOMA Y COMUNIDAD DE AUTORES LEA</w:t>
      </w:r>
    </w:p>
    <w:p>
      <w:pPr>
        <w:spacing w:after="100"/>
      </w:pPr>
      <w:r>
        <w:t>Los autores cuyos cuentos sean seleccionados para formar parte de El Libro Azul — Tomo I recibirán un diploma digital de selección otorgado por LEA.</w:t>
      </w:r>
    </w:p>
    <w:p>
      <w:pPr>
        <w:spacing w:after="100"/>
      </w:pPr>
      <w:r>
        <w:t>Asimismo, pasarán a formar parte de la comunidad de autores vinculados a La Editorial Azul, pudiendo acceder, de acuerdo con las condiciones que LEA establezca en cada oportunidad, a beneficios tales como:</w:t>
        <w:br/>
        <w:t>• Descuentos en publicaciones y actividades de LEA.</w:t>
        <w:br/>
        <w:t>• Acceso anticipado a determinadas publicaciones.</w:t>
        <w:br/>
        <w:t>• Invitaciones a lanzamientos y actividades.</w:t>
        <w:br/>
        <w:t>• Beneficios especiales para autores.</w:t>
        <w:br/>
        <w:t>• Participación preferente en determinadas convocatorias.</w:t>
        <w:br/>
        <w:t>• Eventuales premios, promociones y actividades destinadas a la comunidad de autores LEA.</w:t>
      </w:r>
    </w:p>
    <w:p>
      <w:pPr>
        <w:spacing w:after="100"/>
      </w:pPr>
      <w:r>
        <w:t>Estos beneficios no constituyen una obligación de publicación futura ni garantizan ingresos, premios o participación económica.</w:t>
      </w:r>
    </w:p>
    <w:p>
      <w:pPr>
        <w:spacing w:before="200" w:after="80"/>
      </w:pPr>
      <w:r>
        <w:rPr>
          <w:b/>
          <w:sz w:val="24"/>
        </w:rPr>
        <w:t>28. JURADO</w:t>
      </w:r>
    </w:p>
    <w:p>
      <w:pPr>
        <w:spacing w:after="100"/>
      </w:pPr>
      <w:r>
        <w:t>LEA designará el jurado y/o comité encargado de evaluar las obras y determinar los tres primeros lugares.</w:t>
      </w:r>
    </w:p>
    <w:p>
      <w:pPr>
        <w:spacing w:after="100"/>
      </w:pPr>
      <w:r>
        <w:t>La composición del jurado podrá ser comunicada públicamente por LEA.</w:t>
      </w:r>
    </w:p>
    <w:p>
      <w:pPr>
        <w:spacing w:after="100"/>
      </w:pPr>
      <w:r>
        <w:t>Los integrantes del jurado deberán abstenerse de evaluar obras cuando exista un conflicto de interés que pueda comprometer la imparcialidad del proceso.</w:t>
      </w:r>
    </w:p>
    <w:p>
      <w:pPr>
        <w:spacing w:after="100"/>
      </w:pPr>
      <w:r>
        <w:t>La decisión del jurado respecto de los tres premios será definitiva.</w:t>
      </w:r>
    </w:p>
    <w:p>
      <w:pPr>
        <w:spacing w:before="200" w:after="80"/>
      </w:pPr>
      <w:r>
        <w:rPr>
          <w:b/>
          <w:sz w:val="24"/>
        </w:rPr>
        <w:t>29. PROMOCIÓN DEL CONCURSO Y DEL LIBRO</w:t>
      </w:r>
    </w:p>
    <w:p>
      <w:pPr>
        <w:spacing w:after="100"/>
      </w:pPr>
      <w:r>
        <w:t>LEA podrá comunicar públicamente la existencia del concurso, sus resultados y la publicación de El Libro Azul.</w:t>
      </w:r>
    </w:p>
    <w:p>
      <w:pPr>
        <w:spacing w:after="100"/>
      </w:pPr>
      <w:r>
        <w:t>Respecto de los cuentos seleccionados, LEA podrá utilizar, dentro de los límites establecidos en el correspondiente acuerdo de edición y/o publicación:</w:t>
        <w:br/>
        <w:t>• El título del cuento.</w:t>
        <w:br/>
        <w:t>• El nombre o seudónimo del autor.</w:t>
        <w:br/>
        <w:t>• Información biográfica proporcionada para efectos editoriales.</w:t>
        <w:br/>
        <w:t>• Fragmentos razonables de la obra.</w:t>
        <w:br/>
        <w:t>• Material promocional relacionado con el libro.</w:t>
      </w:r>
    </w:p>
    <w:p>
      <w:pPr>
        <w:spacing w:after="100"/>
      </w:pPr>
      <w:r>
        <w:t>Estos usos tendrán como finalidad promocionar el concurso, al autor seleccionado y/o la publicación El Libro Azul.</w:t>
      </w:r>
    </w:p>
    <w:p>
      <w:pPr>
        <w:spacing w:before="200" w:after="80"/>
      </w:pPr>
      <w:r>
        <w:rPr>
          <w:b/>
          <w:sz w:val="24"/>
        </w:rPr>
        <w:t>30. USO DE MARCAS Y ELEMENTOS DE TERCEROS</w:t>
      </w:r>
    </w:p>
    <w:p>
      <w:pPr>
        <w:spacing w:after="100"/>
      </w:pPr>
      <w:r>
        <w:t>La participación en el concurso no otorga a los participantes ni a LEA autorización para utilizar logotipos, escudos, marcas registradas, fotografías oficiales u otros elementos protegidos pertenecientes a terceros.</w:t>
      </w:r>
    </w:p>
    <w:p>
      <w:pPr>
        <w:spacing w:after="100"/>
      </w:pPr>
      <w:r>
        <w:t>Los participantes serán responsables de obtener las autorizaciones que correspondan respecto de materiales de terceros que incorporen en sus obras.</w:t>
      </w:r>
    </w:p>
    <w:p>
      <w:pPr>
        <w:spacing w:after="100"/>
      </w:pPr>
      <w:r>
        <w:t>La identidad gráfica y materiales promocionales oficiales de El Libro Azul serán desarrollados por LEA utilizando elementos propios o debidamente autorizados.</w:t>
      </w:r>
    </w:p>
    <w:p>
      <w:pPr>
        <w:spacing w:before="200" w:after="80"/>
      </w:pPr>
      <w:r>
        <w:rPr>
          <w:b/>
          <w:sz w:val="24"/>
        </w:rPr>
        <w:t>31. DATOS PERSONALES</w:t>
      </w:r>
    </w:p>
    <w:p>
      <w:pPr>
        <w:spacing w:after="100"/>
      </w:pPr>
      <w:r>
        <w:t>Los datos personales proporcionados por los participantes serán utilizados para:</w:t>
        <w:br/>
        <w:t>• Administrar el concurso.</w:t>
        <w:br/>
        <w:t>• Registrar las postulaciones.</w:t>
        <w:br/>
        <w:t>• Verificar identidad y edad.</w:t>
        <w:br/>
        <w:t>• Contactar a los participantes.</w:t>
        <w:br/>
        <w:t>• Comunicar resultados.</w:t>
        <w:br/>
        <w:t>• Entregar premios.</w:t>
        <w:br/>
        <w:t>• Gestionar la publicación de los autores seleccionados.</w:t>
        <w:br/>
        <w:t>• Mantener los registros necesarios relacionados con el concurso.</w:t>
        <w:br/>
        <w:t>• Cumplir obligaciones legales.</w:t>
      </w:r>
    </w:p>
    <w:p>
      <w:pPr>
        <w:spacing w:after="100"/>
      </w:pPr>
      <w:r>
        <w:t>LEA tratará los datos personales de acuerdo con la legislación chilena aplicable en cada momento.</w:t>
      </w:r>
    </w:p>
    <w:p>
      <w:pPr>
        <w:spacing w:after="100"/>
      </w:pPr>
      <w:r>
        <w:t>Los participantes podrán ejercer los derechos que les reconozca la legislación vigente respecto del tratamiento de sus datos personales mediante los canales de contacto de LEA.</w:t>
      </w:r>
    </w:p>
    <w:p>
      <w:pPr>
        <w:spacing w:after="100"/>
      </w:pPr>
      <w:r>
        <w:t>Los datos personales no serán vendidos a terceros.</w:t>
      </w:r>
    </w:p>
    <w:p>
      <w:pPr>
        <w:spacing w:after="100"/>
      </w:pPr>
      <w:r>
        <w:t>Cualquier autorización para recibir comunicaciones comerciales o novedades de LEA deberá solicitarse separadamente cuando corresponda y no será condición para participar en el concurso.</w:t>
      </w:r>
    </w:p>
    <w:p>
      <w:pPr>
        <w:spacing w:after="100"/>
      </w:pPr>
      <w:r>
        <w:t>LEA podrá actualizar su política y procedimientos de privacidad para adecuarlos a las modificaciones de la legislación chilena aplicable.</w:t>
      </w:r>
    </w:p>
    <w:p>
      <w:pPr>
        <w:spacing w:before="200" w:after="80"/>
      </w:pPr>
      <w:r>
        <w:rPr>
          <w:b/>
          <w:sz w:val="24"/>
        </w:rPr>
        <w:t>32. NOMBRE DEL AUTOR Y CRÉDITOS</w:t>
      </w:r>
    </w:p>
    <w:p>
      <w:pPr>
        <w:spacing w:after="100"/>
      </w:pPr>
      <w:r>
        <w:t>Los autores seleccionados serán identificados junto a sus respectivos cuentos mediante su nombre completo o seudónimo.</w:t>
      </w:r>
    </w:p>
    <w:p>
      <w:pPr>
        <w:spacing w:after="100"/>
      </w:pPr>
      <w:r>
        <w:t>El autor deberá indicar en el formulario la forma en que desea aparecer en la publicación.</w:t>
      </w:r>
    </w:p>
    <w:p>
      <w:pPr>
        <w:spacing w:after="100"/>
      </w:pPr>
      <w:r>
        <w:t>LEA procurará mantener correctamente los créditos de autoría en las distintas ediciones de la obra.</w:t>
      </w:r>
    </w:p>
    <w:p>
      <w:pPr>
        <w:spacing w:before="200" w:after="80"/>
      </w:pPr>
      <w:r>
        <w:rPr>
          <w:b/>
          <w:sz w:val="24"/>
        </w:rPr>
        <w:t>33. ROL DE LEA</w:t>
      </w:r>
    </w:p>
    <w:p>
      <w:pPr>
        <w:spacing w:after="100"/>
      </w:pPr>
      <w:r>
        <w:t>LEA — La Editorial Azul actúa como organizadora y entidad editorial del proyecto.</w:t>
      </w:r>
    </w:p>
    <w:p>
      <w:pPr>
        <w:spacing w:after="100"/>
      </w:pPr>
      <w:r>
        <w:t>LEA podrá encargarse directamente o mediante terceros de labores relacionadas con:</w:t>
        <w:br/>
        <w:t>• Coordinación.</w:t>
        <w:br/>
        <w:t>• Selección.</w:t>
        <w:br/>
        <w:t>• Edición.</w:t>
        <w:br/>
        <w:t>• Corrección.</w:t>
        <w:br/>
        <w:t>• Diseño.</w:t>
        <w:br/>
        <w:t>• Diagramación.</w:t>
        <w:br/>
        <w:t>• Gestión editorial.</w:t>
        <w:br/>
        <w:t>• Impresión.</w:t>
        <w:br/>
        <w:t>• Distribución.</w:t>
        <w:br/>
        <w:t>• Comercialización.</w:t>
        <w:br/>
        <w:t>• Promoción.</w:t>
      </w:r>
    </w:p>
    <w:p>
      <w:pPr>
        <w:spacing w:after="100"/>
      </w:pPr>
      <w:r>
        <w:t>LEA podrá contratar proveedores externos para imprimir, distribuir, almacenar, diseñar, corregir o comercializar los ejemplares.</w:t>
      </w:r>
    </w:p>
    <w:p>
      <w:pPr>
        <w:spacing w:after="100"/>
      </w:pPr>
      <w:r>
        <w:t>La participación de proveedores externos no implica la transferencia de la titularidad de los derechos de autor de los participantes.</w:t>
      </w:r>
    </w:p>
    <w:p>
      <w:pPr>
        <w:spacing w:before="200" w:after="80"/>
      </w:pPr>
      <w:r>
        <w:rPr>
          <w:b/>
          <w:sz w:val="24"/>
        </w:rPr>
        <w:t>34. MODIFICACIONES A LAS BASES</w:t>
      </w:r>
    </w:p>
    <w:p>
      <w:pPr>
        <w:spacing w:after="100"/>
      </w:pPr>
      <w:r>
        <w:t>LEA podrá realizar modificaciones aclaratorias o necesarias a estas bases antes del cierre de la convocatoria.</w:t>
      </w:r>
    </w:p>
    <w:p>
      <w:pPr>
        <w:spacing w:after="100"/>
      </w:pPr>
      <w:r>
        <w:t>Cualquier modificación relevante será comunicada a través de los canales oficiales de LEA.</w:t>
      </w:r>
    </w:p>
    <w:p>
      <w:pPr>
        <w:spacing w:after="100"/>
      </w:pPr>
      <w:r>
        <w:t>Las modificaciones no podrán realizarse con el propósito de perjudicar arbitrariamente a los participantes ni alterar injustificadamente las condiciones esenciales del concurso.</w:t>
      </w:r>
    </w:p>
    <w:p>
      <w:pPr>
        <w:spacing w:before="200" w:after="80"/>
      </w:pPr>
      <w:r>
        <w:rPr>
          <w:b/>
          <w:sz w:val="24"/>
        </w:rPr>
        <w:t>35. SITUACIONES NO PREVISTAS</w:t>
      </w:r>
    </w:p>
    <w:p>
      <w:pPr>
        <w:spacing w:after="100"/>
      </w:pPr>
      <w:r>
        <w:t>Cualquier situación no contemplada expresamente en estas bases será resuelta por LEA de acuerdo con el propósito del concurso, los principios de transparencia y buena fe y la legislación chilena aplicable.</w:t>
      </w:r>
    </w:p>
    <w:p>
      <w:pPr>
        <w:spacing w:before="200" w:after="80"/>
      </w:pPr>
      <w:r>
        <w:rPr>
          <w:b/>
          <w:sz w:val="24"/>
        </w:rPr>
        <w:t>36. ACEPTACIÓN DE LAS BASES</w:t>
      </w:r>
    </w:p>
    <w:p>
      <w:pPr>
        <w:spacing w:after="100"/>
      </w:pPr>
      <w:r>
        <w:t>La presentación de un cuento implica que el participante declara:</w:t>
        <w:br/>
        <w:t>• Haber leído las presentes bases.</w:t>
        <w:br/>
        <w:t>• Comprender y aceptar sus condiciones.</w:t>
        <w:br/>
        <w:t>• Ser mayor de 18 años.</w:t>
        <w:br/>
        <w:t>• Ser autor de la obra presentada.</w:t>
        <w:br/>
        <w:t>• Que la obra es original.</w:t>
        <w:br/>
        <w:t>• Que la información proporcionada es verdadera.</w:t>
        <w:br/>
        <w:t>• Que la obra cumple con las condiciones establecidas.</w:t>
        <w:br/>
        <w:t>• Aceptar el proceso de selección.</w:t>
        <w:br/>
        <w:t>• Aceptar las condiciones de participación y premiación.</w:t>
      </w:r>
    </w:p>
    <w:p>
      <w:pPr>
        <w:spacing w:after="100"/>
      </w:pPr>
      <w:r>
        <w:t>La aceptación de estas bases no implica la transferencia de la propiedad del cuento a LEA.</w:t>
      </w:r>
    </w:p>
    <w:p>
      <w:pPr>
        <w:spacing w:after="100"/>
      </w:pPr>
      <w:r>
        <w:t>En caso de que una obra sea seleccionada para publicación, el autor deberá celebrar con LEA el correspondiente acuerdo de edición y/o publicación antes de que la obra sea incorporada comercialmente al libro.</w:t>
      </w:r>
    </w:p>
    <w:p>
      <w:pPr>
        <w:spacing w:before="200" w:after="80"/>
      </w:pPr>
      <w:r>
        <w:rPr>
          <w:b/>
          <w:sz w:val="24"/>
        </w:rPr>
        <w:t>37. LEGISLACIÓN APLICABLE</w:t>
      </w:r>
    </w:p>
    <w:p>
      <w:pPr>
        <w:spacing w:after="100"/>
      </w:pPr>
      <w:r>
        <w:t>Estas bases se regirán por las leyes de la República de Chile.</w:t>
      </w:r>
    </w:p>
    <w:p>
      <w:pPr>
        <w:spacing w:after="100"/>
      </w:pPr>
      <w:r>
        <w:t>Serán aplicables, según corresponda, las normas chilenas relativas a:</w:t>
        <w:br/>
        <w:t>• Propiedad intelectual y derechos de autor.</w:t>
        <w:br/>
        <w:t>• Contratos de edición.</w:t>
        <w:br/>
        <w:t>• Protección de datos personales.</w:t>
        <w:br/>
        <w:t>• Protección de los consumidores.</w:t>
        <w:br/>
        <w:t>• Obligaciones civiles.</w:t>
        <w:br/>
        <w:t>• Concursos, promociones y publicidad.</w:t>
        <w:br/>
        <w:t>• Las demás normas aplicables al proyecto.</w:t>
      </w:r>
    </w:p>
    <w:p>
      <w:r>
        <w:rPr>
          <w:b/>
          <w:sz w:val="28"/>
        </w:rPr>
        <w:t>RESUMEN DE LA CONVOCATORIA</w:t>
      </w:r>
    </w:p>
    <w:p>
      <w:pPr>
        <w:spacing w:after="100"/>
      </w:pPr>
      <w:r>
        <w:t>EL LIBRO AZUL — TOMO I</w:t>
        <w:br/>
        <w:t>HISTORIAS MÁS ALLÁ DEL HORIZONTE</w:t>
      </w:r>
    </w:p>
    <w:p>
      <w:pPr>
        <w:spacing w:after="100"/>
      </w:pPr>
      <w:r>
        <w:t>+18 — Mayores de 18 años</w:t>
        <w:br/>
        <w:t>3 — Hasta 3 cuentos por persona</w:t>
        <w:br/>
        <w:t>800 — Máximo 800 palabras por cuento</w:t>
        <w:br/>
        <w:t>300 — Máximo 300 cuentos recibidos</w:t>
      </w:r>
    </w:p>
    <w:p>
      <w:pPr>
        <w:spacing w:after="100"/>
      </w:pPr>
      <w:r>
        <w:t>25 DE AGOSTO DE 2026 — Inicio, 12:00 horas</w:t>
        <w:br/>
        <w:t>30 DE SEPTIEMBRE DE 2026 — Cierre, 23:59 horas</w:t>
        <w:br/>
        <w:t>15 DE OCTUBRE DE 2026 — Comunicación privada de resultados</w:t>
      </w:r>
    </w:p>
    <w:p>
      <w:pPr>
        <w:spacing w:after="100"/>
      </w:pPr>
      <w:r>
        <w:t>PREMIOS</w:t>
        <w:br/>
        <w:t>1.er lugar — $100.000</w:t>
        <w:br/>
        <w:t>2.º lugar — $75.000</w:t>
        <w:br/>
        <w:t>3.er lugar — $25.000</w:t>
      </w:r>
    </w:p>
    <w:p>
      <w:pPr>
        <w:spacing w:after="100"/>
      </w:pPr>
      <w:r>
        <w:t>Los mejores cuentos del concurso podrán formar parte de El Libro Azul — Tomo I. LEA podrá complementar la publicación con cuentos seleccionados directamente por su equipo editorial o mediante invitación a autores. Los cuentos incorporados mediante selección editorial complementaria no participan en el concurso ni optan a los premios.</w:t>
      </w:r>
    </w:p>
    <w:p>
      <w:pPr>
        <w:spacing w:after="100"/>
      </w:pPr>
      <w:r>
        <w:t>El autor conserva la autoría y titularidad de su cuento. Los autores seleccionados celebrarán con LEA un acuerdo de edición y/o publicación que establecerá las condiciones específicas de publicación, reproducción, distribución y comercialización.</w:t>
      </w:r>
    </w:p>
    <w:p>
      <w:pPr>
        <w:spacing w:after="100"/>
      </w:pPr>
      <w:r>
        <w:t>Organiza: LEA — LA EDITORIAL AZUL</w:t>
        <w:br/>
        <w:t>[CORREO OFICIAL]</w:t>
        <w:br/>
        <w:t>[SITIO WEB]</w:t>
        <w:br/>
        <w:t>[@laeditorialazul]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